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0BE" w:rsidRPr="00A64BC0" w:rsidRDefault="000466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İSTANBUL TEKNİK ÜNİVERSİTESİ</w:t>
      </w:r>
    </w:p>
    <w:p w:rsidR="003820BE" w:rsidRDefault="000466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AVRASYA YER BİLİMLERİ ENSTİTÜSÜ</w:t>
      </w:r>
    </w:p>
    <w:p w:rsidR="00752683" w:rsidRPr="00A64BC0" w:rsidRDefault="007526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20BE" w:rsidRPr="00A64BC0" w:rsidRDefault="00046628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64BC0">
        <w:rPr>
          <w:rFonts w:ascii="Times New Roman" w:hAnsi="Times New Roman" w:cs="Times New Roman"/>
          <w:b/>
          <w:sz w:val="28"/>
          <w:szCs w:val="28"/>
        </w:rPr>
        <w:t>LABORATUVAR KULLANIM / ANALİZ TALEP FORMU</w:t>
      </w:r>
    </w:p>
    <w:p w:rsidR="00752683" w:rsidRDefault="00752683">
      <w:pPr>
        <w:spacing w:before="80" w:after="60"/>
        <w:rPr>
          <w:rFonts w:ascii="Times New Roman" w:hAnsi="Times New Roman" w:cs="Times New Roman"/>
          <w:b/>
          <w:sz w:val="24"/>
          <w:szCs w:val="24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1. TALEP EDİLEN LABORATUVAR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3820BE" w:rsidRPr="00A64BC0" w:rsidTr="00A64BC0">
        <w:trPr>
          <w:jc w:val="center"/>
        </w:trPr>
        <w:tc>
          <w:tcPr>
            <w:tcW w:w="10031" w:type="dxa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Segoe UI Symbol" w:hAnsi="Segoe UI Symbol" w:cs="Segoe UI Symbol"/>
                <w:sz w:val="22"/>
              </w:rPr>
              <w:t>☐</w:t>
            </w:r>
            <w:r w:rsidRPr="00A64BC0">
              <w:rPr>
                <w:rFonts w:ascii="Times New Roman" w:hAnsi="Times New Roman" w:cs="Times New Roman"/>
                <w:sz w:val="22"/>
              </w:rPr>
              <w:t xml:space="preserve"> Mineral </w:t>
            </w:r>
            <w:proofErr w:type="spellStart"/>
            <w:r w:rsidRPr="00A64BC0">
              <w:rPr>
                <w:rFonts w:ascii="Times New Roman" w:hAnsi="Times New Roman" w:cs="Times New Roman"/>
                <w:sz w:val="22"/>
              </w:rPr>
              <w:t>Ayırma</w:t>
            </w:r>
            <w:proofErr w:type="spellEnd"/>
            <w:r w:rsidRPr="00A64BC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A64BC0">
              <w:rPr>
                <w:rFonts w:ascii="Times New Roman" w:hAnsi="Times New Roman" w:cs="Times New Roman"/>
                <w:sz w:val="22"/>
              </w:rPr>
              <w:t>ve</w:t>
            </w:r>
            <w:proofErr w:type="spellEnd"/>
            <w:r w:rsidRPr="00A64BC0">
              <w:rPr>
                <w:rFonts w:ascii="Times New Roman" w:hAnsi="Times New Roman" w:cs="Times New Roman"/>
                <w:sz w:val="22"/>
              </w:rPr>
              <w:t xml:space="preserve"> Tüm Kaya Örnek Hazırlama Laboratuvarı (MinAral-Lab)</w:t>
            </w:r>
          </w:p>
        </w:tc>
      </w:tr>
      <w:tr w:rsidR="003820BE" w:rsidRPr="00A64BC0" w:rsidTr="00A64BC0">
        <w:trPr>
          <w:jc w:val="center"/>
        </w:trPr>
        <w:tc>
          <w:tcPr>
            <w:tcW w:w="10031" w:type="dxa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Segoe UI Symbol" w:hAnsi="Segoe UI Symbol" w:cs="Segoe UI Symbol"/>
                <w:sz w:val="22"/>
              </w:rPr>
              <w:t>☐</w:t>
            </w:r>
            <w:r w:rsidRPr="00A64BC0">
              <w:rPr>
                <w:rFonts w:ascii="Times New Roman" w:hAnsi="Times New Roman" w:cs="Times New Roman"/>
                <w:sz w:val="22"/>
              </w:rPr>
              <w:t xml:space="preserve"> Petrografi Laboratuvarı (Petroscope-Lab)</w:t>
            </w:r>
          </w:p>
        </w:tc>
      </w:tr>
      <w:tr w:rsidR="003820BE" w:rsidRPr="00A64BC0" w:rsidTr="00A64BC0">
        <w:trPr>
          <w:jc w:val="center"/>
        </w:trPr>
        <w:tc>
          <w:tcPr>
            <w:tcW w:w="10031" w:type="dxa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Segoe UI Symbol" w:hAnsi="Segoe UI Symbol" w:cs="Segoe UI Symbol"/>
                <w:sz w:val="22"/>
              </w:rPr>
              <w:t>☐</w:t>
            </w:r>
            <w:r w:rsidRPr="00A64BC0">
              <w:rPr>
                <w:rFonts w:ascii="Times New Roman" w:hAnsi="Times New Roman" w:cs="Times New Roman"/>
                <w:sz w:val="22"/>
              </w:rPr>
              <w:t xml:space="preserve"> İnce </w:t>
            </w:r>
            <w:r w:rsidRPr="00A64BC0">
              <w:rPr>
                <w:rFonts w:ascii="Times New Roman" w:hAnsi="Times New Roman" w:cs="Times New Roman"/>
                <w:sz w:val="22"/>
              </w:rPr>
              <w:t>Kesit Hazırlama Laboratuvarı (ThinSection-Lab)</w:t>
            </w:r>
          </w:p>
        </w:tc>
      </w:tr>
    </w:tbl>
    <w:p w:rsidR="00752683" w:rsidRDefault="00752683">
      <w:pPr>
        <w:spacing w:before="80" w:after="60"/>
        <w:rPr>
          <w:rFonts w:ascii="Times New Roman" w:hAnsi="Times New Roman" w:cs="Times New Roman"/>
          <w:b/>
          <w:sz w:val="24"/>
          <w:szCs w:val="24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2. KULLANICI BİLGİLERİ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2606"/>
        <w:gridCol w:w="2606"/>
        <w:gridCol w:w="2529"/>
      </w:tblGrid>
      <w:tr w:rsidR="003820BE" w:rsidRPr="00A64BC0" w:rsidTr="00A64BC0">
        <w:trPr>
          <w:jc w:val="center"/>
        </w:trPr>
        <w:tc>
          <w:tcPr>
            <w:tcW w:w="2323" w:type="dxa"/>
            <w:shd w:val="clear" w:color="auto" w:fill="E7E6E6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Adı</w:t>
            </w:r>
            <w:proofErr w:type="spellEnd"/>
            <w:r w:rsidRPr="00A64BC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Soyadı</w:t>
            </w:r>
            <w:proofErr w:type="spellEnd"/>
          </w:p>
        </w:tc>
        <w:tc>
          <w:tcPr>
            <w:tcW w:w="2606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06" w:type="dxa"/>
            <w:shd w:val="clear" w:color="auto" w:fill="E7E6E6"/>
            <w:vAlign w:val="center"/>
          </w:tcPr>
          <w:p w:rsidR="003820BE" w:rsidRPr="00A64BC0" w:rsidRDefault="0075268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Ü</w:t>
            </w:r>
            <w:r w:rsidR="00046628" w:rsidRPr="00A64BC0">
              <w:rPr>
                <w:rFonts w:ascii="Times New Roman" w:hAnsi="Times New Roman" w:cs="Times New Roman"/>
                <w:b/>
                <w:sz w:val="22"/>
              </w:rPr>
              <w:t>nvanı</w:t>
            </w:r>
            <w:proofErr w:type="spellEnd"/>
          </w:p>
        </w:tc>
        <w:tc>
          <w:tcPr>
            <w:tcW w:w="2529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 w:rsidTr="00A64BC0">
        <w:trPr>
          <w:jc w:val="center"/>
        </w:trPr>
        <w:tc>
          <w:tcPr>
            <w:tcW w:w="2323" w:type="dxa"/>
            <w:shd w:val="clear" w:color="auto" w:fill="E7E6E6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Kurum / Birim</w:t>
            </w:r>
          </w:p>
        </w:tc>
        <w:tc>
          <w:tcPr>
            <w:tcW w:w="2606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06" w:type="dxa"/>
            <w:shd w:val="clear" w:color="auto" w:fill="E7E6E6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İTÜ Mensubu</w:t>
            </w:r>
          </w:p>
        </w:tc>
        <w:tc>
          <w:tcPr>
            <w:tcW w:w="2529" w:type="dxa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Segoe UI Symbol" w:hAnsi="Segoe UI Symbol" w:cs="Segoe UI Symbol"/>
                <w:sz w:val="22"/>
              </w:rPr>
              <w:t>☐</w:t>
            </w:r>
            <w:r w:rsidRPr="00A64BC0">
              <w:rPr>
                <w:rFonts w:ascii="Times New Roman" w:hAnsi="Times New Roman" w:cs="Times New Roman"/>
                <w:sz w:val="22"/>
              </w:rPr>
              <w:t xml:space="preserve"> Evet   </w:t>
            </w:r>
            <w:r w:rsidRPr="00A64BC0">
              <w:rPr>
                <w:rFonts w:ascii="Segoe UI Symbol" w:hAnsi="Segoe UI Symbol" w:cs="Segoe UI Symbol"/>
                <w:sz w:val="22"/>
              </w:rPr>
              <w:t>☐</w:t>
            </w:r>
            <w:r w:rsidRPr="00A64BC0">
              <w:rPr>
                <w:rFonts w:ascii="Times New Roman" w:hAnsi="Times New Roman" w:cs="Times New Roman"/>
                <w:sz w:val="22"/>
              </w:rPr>
              <w:t xml:space="preserve"> Hayır</w:t>
            </w:r>
          </w:p>
        </w:tc>
      </w:tr>
      <w:tr w:rsidR="003820BE" w:rsidRPr="00A64BC0" w:rsidTr="00752683">
        <w:trPr>
          <w:trHeight w:val="442"/>
          <w:jc w:val="center"/>
        </w:trPr>
        <w:tc>
          <w:tcPr>
            <w:tcW w:w="2323" w:type="dxa"/>
            <w:shd w:val="clear" w:color="auto" w:fill="E7E6E6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E-</w:t>
            </w: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posta</w:t>
            </w:r>
            <w:proofErr w:type="spellEnd"/>
          </w:p>
        </w:tc>
        <w:tc>
          <w:tcPr>
            <w:tcW w:w="2606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06" w:type="dxa"/>
            <w:shd w:val="clear" w:color="auto" w:fill="E7E6E6"/>
            <w:vAlign w:val="center"/>
          </w:tcPr>
          <w:p w:rsidR="003820BE" w:rsidRPr="00A64BC0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Telefon</w:t>
            </w:r>
          </w:p>
        </w:tc>
        <w:tc>
          <w:tcPr>
            <w:tcW w:w="2529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 w:rsidTr="00752683">
        <w:trPr>
          <w:trHeight w:val="647"/>
          <w:jc w:val="center"/>
        </w:trPr>
        <w:tc>
          <w:tcPr>
            <w:tcW w:w="2323" w:type="dxa"/>
            <w:shd w:val="clear" w:color="auto" w:fill="E7E6E6"/>
            <w:vAlign w:val="center"/>
          </w:tcPr>
          <w:p w:rsidR="003820BE" w:rsidRPr="00A64BC0" w:rsidRDefault="00046628" w:rsidP="00752683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Öğrenci</w:t>
            </w:r>
            <w:proofErr w:type="spellEnd"/>
            <w:r w:rsidRPr="00A64BC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ise</w:t>
            </w:r>
            <w:proofErr w:type="spellEnd"/>
            <w:r w:rsidRPr="00A64BC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="00752683">
              <w:rPr>
                <w:rFonts w:ascii="Times New Roman" w:hAnsi="Times New Roman" w:cs="Times New Roman"/>
                <w:b/>
                <w:sz w:val="22"/>
              </w:rPr>
              <w:t>danışmanı</w:t>
            </w:r>
            <w:proofErr w:type="spellEnd"/>
          </w:p>
        </w:tc>
        <w:tc>
          <w:tcPr>
            <w:tcW w:w="7741" w:type="dxa"/>
            <w:gridSpan w:val="3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752683" w:rsidRDefault="00752683">
      <w:pPr>
        <w:spacing w:before="80" w:after="60"/>
        <w:rPr>
          <w:rFonts w:ascii="Times New Roman" w:hAnsi="Times New Roman" w:cs="Times New Roman"/>
          <w:b/>
          <w:sz w:val="24"/>
          <w:szCs w:val="24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3. ÇALIŞMA / PROJE BİLGİLERİ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Çalışmanın / Projenin Adı: </w:t>
      </w:r>
      <w:r w:rsidRPr="00A64BC0">
        <w:rPr>
          <w:rFonts w:ascii="Times New Roman" w:hAnsi="Times New Roman" w:cs="Times New Roman"/>
          <w:sz w:val="22"/>
        </w:rPr>
        <w:t>................................................................................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Proje Türü / Numarası (varsa): </w:t>
      </w:r>
      <w:r w:rsidRPr="00A64BC0">
        <w:rPr>
          <w:rFonts w:ascii="Times New Roman" w:hAnsi="Times New Roman" w:cs="Times New Roman"/>
          <w:sz w:val="22"/>
        </w:rPr>
        <w:t>........................................................................</w:t>
      </w:r>
    </w:p>
    <w:p w:rsidR="003820BE" w:rsidRPr="00A64BC0" w:rsidRDefault="00046628" w:rsidP="00A64BC0">
      <w:pPr>
        <w:spacing w:after="40"/>
        <w:rPr>
          <w:rFonts w:ascii="Times New Roman" w:hAnsi="Times New Roman" w:cs="Times New Roman"/>
        </w:rPr>
      </w:pPr>
      <w:proofErr w:type="spellStart"/>
      <w:r w:rsidRPr="00A64BC0">
        <w:rPr>
          <w:rFonts w:ascii="Times New Roman" w:hAnsi="Times New Roman" w:cs="Times New Roman"/>
          <w:b/>
          <w:sz w:val="22"/>
        </w:rPr>
        <w:t>Çalışmanın</w:t>
      </w:r>
      <w:proofErr w:type="spellEnd"/>
      <w:r w:rsidRPr="00A64BC0">
        <w:rPr>
          <w:rFonts w:ascii="Times New Roman" w:hAnsi="Times New Roman" w:cs="Times New Roman"/>
          <w:b/>
          <w:sz w:val="22"/>
        </w:rPr>
        <w:t xml:space="preserve"> </w:t>
      </w:r>
      <w:proofErr w:type="gramStart"/>
      <w:r w:rsidRPr="00A64BC0">
        <w:rPr>
          <w:rFonts w:ascii="Times New Roman" w:hAnsi="Times New Roman" w:cs="Times New Roman"/>
          <w:b/>
          <w:sz w:val="22"/>
        </w:rPr>
        <w:t>Amacı:</w:t>
      </w:r>
      <w:r w:rsidRPr="00A64BC0">
        <w:rPr>
          <w:rFonts w:ascii="Times New Roman" w:hAnsi="Times New Roman" w:cs="Times New Roman"/>
        </w:rPr>
        <w:t>.....................................................</w:t>
      </w:r>
      <w:r w:rsidRPr="00A64BC0">
        <w:rPr>
          <w:rFonts w:ascii="Times New Roman" w:hAnsi="Times New Roman" w:cs="Times New Roman"/>
        </w:rPr>
        <w:t>........................................................................</w:t>
      </w:r>
      <w:proofErr w:type="gramEnd"/>
    </w:p>
    <w:p w:rsidR="003820BE" w:rsidRPr="00A64BC0" w:rsidRDefault="00046628">
      <w:pPr>
        <w:spacing w:after="0"/>
        <w:rPr>
          <w:rFonts w:ascii="Times New Roman" w:hAnsi="Times New Roman" w:cs="Times New Roman"/>
        </w:rPr>
      </w:pPr>
      <w:r w:rsidRPr="00A64BC0">
        <w:rPr>
          <w:rFonts w:ascii="Times New Roman" w:hAnsi="Times New Roman" w:cs="Times New Roman"/>
        </w:rPr>
        <w:t>.............................................................................................................................</w:t>
      </w:r>
    </w:p>
    <w:p w:rsidR="00A64BC0" w:rsidRDefault="00046628">
      <w:pPr>
        <w:spacing w:after="6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Çalışmanın Türü: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64BC0">
        <w:rPr>
          <w:rFonts w:ascii="Times New Roman" w:hAnsi="Times New Roman" w:cs="Times New Roman"/>
          <w:sz w:val="22"/>
        </w:rPr>
        <w:t>Araştırma</w:t>
      </w:r>
      <w:proofErr w:type="spellEnd"/>
      <w:r w:rsidRPr="00A64BC0">
        <w:rPr>
          <w:rFonts w:ascii="Times New Roman" w:hAnsi="Times New Roman" w:cs="Times New Roman"/>
          <w:sz w:val="22"/>
        </w:rPr>
        <w:t xml:space="preserve"> Projesi  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Yükse</w:t>
      </w:r>
      <w:r w:rsidRPr="00A64BC0">
        <w:rPr>
          <w:rFonts w:ascii="Times New Roman" w:hAnsi="Times New Roman" w:cs="Times New Roman"/>
          <w:sz w:val="22"/>
        </w:rPr>
        <w:t xml:space="preserve">k Lisans Tezi  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Doktora Tezi  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Bilimsel Yayın   </w:t>
      </w:r>
    </w:p>
    <w:p w:rsidR="003820BE" w:rsidRPr="00A64BC0" w:rsidRDefault="00A64BC0" w:rsidP="00A64BC0">
      <w:pPr>
        <w:spacing w:after="60"/>
        <w:ind w:left="2138" w:hanging="698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</w:t>
      </w:r>
      <w:r w:rsidR="00046628" w:rsidRPr="00A64BC0">
        <w:rPr>
          <w:rFonts w:ascii="Times New Roman" w:hAnsi="Times New Roman" w:cs="Times New Roman"/>
          <w:sz w:val="22"/>
        </w:rPr>
        <w:t xml:space="preserve"> </w:t>
      </w:r>
      <w:r w:rsidR="00046628" w:rsidRPr="00A64BC0">
        <w:rPr>
          <w:rFonts w:ascii="Segoe UI Symbol" w:hAnsi="Segoe UI Symbol" w:cs="Segoe UI Symbol"/>
          <w:sz w:val="22"/>
        </w:rPr>
        <w:t>☐</w:t>
      </w:r>
      <w:r w:rsidR="00046628" w:rsidRPr="00A64BC0">
        <w:rPr>
          <w:rFonts w:ascii="Times New Roman" w:hAnsi="Times New Roman" w:cs="Times New Roman"/>
          <w:sz w:val="22"/>
        </w:rPr>
        <w:t xml:space="preserve"> Diğer: ....................</w:t>
      </w: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4. TALEP EDİLEN HİZMET / İŞLEM VE ÇALIŞMA SÜRESİ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Talep edilen işlem(ler): </w:t>
      </w:r>
      <w:r w:rsidRPr="00A64BC0">
        <w:rPr>
          <w:rFonts w:ascii="Times New Roman" w:hAnsi="Times New Roman" w:cs="Times New Roman"/>
          <w:sz w:val="22"/>
        </w:rPr>
        <w:t>........................................................................................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>Öngörüle</w:t>
      </w:r>
      <w:r w:rsidRPr="00A64BC0">
        <w:rPr>
          <w:rFonts w:ascii="Times New Roman" w:hAnsi="Times New Roman" w:cs="Times New Roman"/>
          <w:b/>
          <w:sz w:val="22"/>
        </w:rPr>
        <w:t xml:space="preserve">n çalışma başlangıç tarihi: </w:t>
      </w:r>
      <w:r w:rsidRPr="00A64BC0">
        <w:rPr>
          <w:rFonts w:ascii="Times New Roman" w:hAnsi="Times New Roman" w:cs="Times New Roman"/>
          <w:sz w:val="22"/>
        </w:rPr>
        <w:t>..................................................................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Öngörülen çalışma bitiş tarihi: </w:t>
      </w:r>
      <w:r w:rsidRPr="00A64BC0">
        <w:rPr>
          <w:rFonts w:ascii="Times New Roman" w:hAnsi="Times New Roman" w:cs="Times New Roman"/>
          <w:sz w:val="22"/>
        </w:rPr>
        <w:t>......................................................................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Öngörülen toplam çalışma süresi (gün/saat): </w:t>
      </w:r>
      <w:r w:rsidRPr="00A64BC0">
        <w:rPr>
          <w:rFonts w:ascii="Times New Roman" w:hAnsi="Times New Roman" w:cs="Times New Roman"/>
          <w:sz w:val="22"/>
        </w:rPr>
        <w:t>..............</w:t>
      </w:r>
      <w:r w:rsidRPr="00A64BC0">
        <w:rPr>
          <w:rFonts w:ascii="Times New Roman" w:hAnsi="Times New Roman" w:cs="Times New Roman"/>
          <w:sz w:val="22"/>
        </w:rPr>
        <w:t>............................................</w:t>
      </w:r>
    </w:p>
    <w:p w:rsid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İşlemi gerçekleştirecek kişi: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Laboratuvar personeli  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Kullanıcının kendisi    </w:t>
      </w:r>
    </w:p>
    <w:p w:rsidR="003820BE" w:rsidRDefault="00A64BC0" w:rsidP="00A64BC0">
      <w:pPr>
        <w:spacing w:after="40"/>
        <w:ind w:left="1440" w:firstLine="720"/>
        <w:rPr>
          <w:rFonts w:ascii="Times New Roman" w:hAnsi="Times New Roman" w:cs="Times New Roman"/>
          <w:sz w:val="22"/>
        </w:rPr>
      </w:pPr>
      <w:r>
        <w:rPr>
          <w:rFonts w:ascii="Segoe UI Symbol" w:hAnsi="Segoe UI Symbol" w:cs="Segoe UI Symbol"/>
          <w:sz w:val="22"/>
        </w:rPr>
        <w:t xml:space="preserve">         </w:t>
      </w:r>
      <w:r w:rsidR="00046628" w:rsidRPr="00A64BC0">
        <w:rPr>
          <w:rFonts w:ascii="Segoe UI Symbol" w:hAnsi="Segoe UI Symbol" w:cs="Segoe UI Symbol"/>
          <w:sz w:val="22"/>
        </w:rPr>
        <w:t>☐</w:t>
      </w:r>
      <w:r w:rsidR="00046628"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6628" w:rsidRPr="00A64BC0">
        <w:rPr>
          <w:rFonts w:ascii="Times New Roman" w:hAnsi="Times New Roman" w:cs="Times New Roman"/>
          <w:sz w:val="22"/>
        </w:rPr>
        <w:t>Laboratuvar</w:t>
      </w:r>
      <w:proofErr w:type="spellEnd"/>
      <w:r w:rsidR="00046628"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6628" w:rsidRPr="00A64BC0">
        <w:rPr>
          <w:rFonts w:ascii="Times New Roman" w:hAnsi="Times New Roman" w:cs="Times New Roman"/>
          <w:sz w:val="22"/>
        </w:rPr>
        <w:t>personeli</w:t>
      </w:r>
      <w:proofErr w:type="spellEnd"/>
      <w:r w:rsidR="00046628"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6628" w:rsidRPr="00A64BC0">
        <w:rPr>
          <w:rFonts w:ascii="Times New Roman" w:hAnsi="Times New Roman" w:cs="Times New Roman"/>
          <w:sz w:val="22"/>
        </w:rPr>
        <w:t>ve</w:t>
      </w:r>
      <w:proofErr w:type="spellEnd"/>
      <w:r w:rsidR="00046628"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6628" w:rsidRPr="00A64BC0">
        <w:rPr>
          <w:rFonts w:ascii="Times New Roman" w:hAnsi="Times New Roman" w:cs="Times New Roman"/>
          <w:sz w:val="22"/>
        </w:rPr>
        <w:t>kullanıcı</w:t>
      </w:r>
      <w:proofErr w:type="spellEnd"/>
      <w:r w:rsidR="00046628"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6628" w:rsidRPr="00A64BC0">
        <w:rPr>
          <w:rFonts w:ascii="Times New Roman" w:hAnsi="Times New Roman" w:cs="Times New Roman"/>
          <w:sz w:val="22"/>
        </w:rPr>
        <w:t>birlikte</w:t>
      </w:r>
      <w:proofErr w:type="spellEnd"/>
    </w:p>
    <w:p w:rsidR="00A64BC0" w:rsidRPr="00A64BC0" w:rsidRDefault="00A64BC0" w:rsidP="00A64BC0">
      <w:pPr>
        <w:spacing w:after="40"/>
        <w:ind w:left="1440" w:firstLine="720"/>
        <w:rPr>
          <w:rFonts w:ascii="Times New Roman" w:hAnsi="Times New Roman" w:cs="Times New Roman"/>
          <w:sz w:val="22"/>
        </w:rPr>
      </w:pPr>
    </w:p>
    <w:p w:rsidR="00A64BC0" w:rsidRDefault="00046628">
      <w:pPr>
        <w:spacing w:after="60"/>
        <w:rPr>
          <w:rFonts w:ascii="Times New Roman" w:hAnsi="Times New Roman" w:cs="Times New Roman"/>
          <w:b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Kullanıcının kendisinin çalışması durumunda laboratuvar kullanım eğitimi:  </w:t>
      </w:r>
    </w:p>
    <w:p w:rsidR="003820BE" w:rsidRDefault="00046628">
      <w:pPr>
        <w:spacing w:after="60"/>
        <w:rPr>
          <w:rFonts w:ascii="Times New Roman" w:hAnsi="Times New Roman" w:cs="Times New Roman"/>
          <w:sz w:val="22"/>
        </w:rPr>
      </w:pP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64BC0">
        <w:rPr>
          <w:rFonts w:ascii="Times New Roman" w:hAnsi="Times New Roman" w:cs="Times New Roman"/>
          <w:sz w:val="22"/>
        </w:rPr>
        <w:t>Alın</w:t>
      </w:r>
      <w:r w:rsidRPr="00A64BC0">
        <w:rPr>
          <w:rFonts w:ascii="Times New Roman" w:hAnsi="Times New Roman" w:cs="Times New Roman"/>
          <w:sz w:val="22"/>
        </w:rPr>
        <w:t>dı</w:t>
      </w:r>
      <w:proofErr w:type="spellEnd"/>
      <w:r w:rsidRPr="00A64BC0">
        <w:rPr>
          <w:rFonts w:ascii="Times New Roman" w:hAnsi="Times New Roman" w:cs="Times New Roman"/>
          <w:sz w:val="22"/>
        </w:rPr>
        <w:t xml:space="preserve">   </w:t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64BC0">
        <w:rPr>
          <w:rFonts w:ascii="Times New Roman" w:hAnsi="Times New Roman" w:cs="Times New Roman"/>
          <w:sz w:val="22"/>
        </w:rPr>
        <w:t>Alınmadı</w:t>
      </w:r>
      <w:proofErr w:type="spellEnd"/>
      <w:r w:rsidRPr="00A64BC0">
        <w:rPr>
          <w:rFonts w:ascii="Times New Roman" w:hAnsi="Times New Roman" w:cs="Times New Roman"/>
          <w:sz w:val="22"/>
        </w:rPr>
        <w:t xml:space="preserve">     Eğitim tarihi: .... / .... / ........</w:t>
      </w:r>
    </w:p>
    <w:p w:rsidR="00A64BC0" w:rsidRDefault="00A64BC0">
      <w:pPr>
        <w:spacing w:after="60"/>
        <w:rPr>
          <w:rFonts w:ascii="Times New Roman" w:hAnsi="Times New Roman" w:cs="Times New Roman"/>
          <w:sz w:val="22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lastRenderedPageBreak/>
        <w:t>5. ÇALIŞMA MODELİ / İNDİRİM KATEGORİSİ</w:t>
      </w:r>
    </w:p>
    <w:p w:rsidR="003820BE" w:rsidRPr="00A64BC0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İTÜ dışı – laboratuvar personeli gerçekleştirir</w:t>
      </w:r>
      <w:r w:rsidRPr="00A64BC0">
        <w:rPr>
          <w:rFonts w:ascii="Times New Roman" w:hAnsi="Times New Roman" w:cs="Times New Roman"/>
          <w:sz w:val="22"/>
        </w:rPr>
        <w:br/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İTÜ dışı – kullanıcı kendisi gerçekleştirir (%10)</w:t>
      </w:r>
      <w:r w:rsidRPr="00A64BC0">
        <w:rPr>
          <w:rFonts w:ascii="Times New Roman" w:hAnsi="Times New Roman" w:cs="Times New Roman"/>
          <w:sz w:val="22"/>
        </w:rPr>
        <w:br/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İTÜ içi – laboratuvar personeli gerçekleştirir (%20)</w:t>
      </w:r>
      <w:r w:rsidRPr="00A64BC0">
        <w:rPr>
          <w:rFonts w:ascii="Times New Roman" w:hAnsi="Times New Roman" w:cs="Times New Roman"/>
          <w:sz w:val="22"/>
        </w:rPr>
        <w:br/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</w:t>
      </w:r>
      <w:r w:rsidRPr="00A64BC0">
        <w:rPr>
          <w:rFonts w:ascii="Times New Roman" w:hAnsi="Times New Roman" w:cs="Times New Roman"/>
          <w:sz w:val="22"/>
        </w:rPr>
        <w:t>İTÜ içi – kullanıcı kendisi gerçekleştirir (%30)</w:t>
      </w:r>
      <w:r w:rsidRPr="00A64BC0">
        <w:rPr>
          <w:rFonts w:ascii="Times New Roman" w:hAnsi="Times New Roman" w:cs="Times New Roman"/>
          <w:sz w:val="22"/>
        </w:rPr>
        <w:br/>
      </w:r>
      <w:r w:rsidRPr="00A64BC0">
        <w:rPr>
          <w:rFonts w:ascii="Segoe UI Symbol" w:hAnsi="Segoe UI Symbol" w:cs="Segoe UI Symbol"/>
          <w:sz w:val="22"/>
        </w:rPr>
        <w:t>☐</w:t>
      </w:r>
      <w:r w:rsidRPr="00A64BC0">
        <w:rPr>
          <w:rFonts w:ascii="Times New Roman" w:hAnsi="Times New Roman" w:cs="Times New Roman"/>
          <w:sz w:val="22"/>
        </w:rPr>
        <w:t xml:space="preserve"> Bilimsel işbirliği kapsamında çalışma (%50)</w:t>
      </w:r>
    </w:p>
    <w:p w:rsidR="003820BE" w:rsidRDefault="00046628">
      <w:pPr>
        <w:spacing w:after="40"/>
        <w:rPr>
          <w:rFonts w:ascii="Times New Roman" w:hAnsi="Times New Roman" w:cs="Times New Roman"/>
          <w:sz w:val="22"/>
        </w:rPr>
      </w:pPr>
      <w:r w:rsidRPr="00A64BC0">
        <w:rPr>
          <w:rFonts w:ascii="Times New Roman" w:hAnsi="Times New Roman" w:cs="Times New Roman"/>
          <w:b/>
          <w:sz w:val="22"/>
        </w:rPr>
        <w:t xml:space="preserve">Bilimsel işbirliği kapsamında ise işbirliğinin kapsamı: </w:t>
      </w:r>
      <w:r w:rsidRPr="00A64BC0">
        <w:rPr>
          <w:rFonts w:ascii="Times New Roman" w:hAnsi="Times New Roman" w:cs="Times New Roman"/>
          <w:sz w:val="22"/>
        </w:rPr>
        <w:t>....................................................</w:t>
      </w:r>
    </w:p>
    <w:p w:rsidR="00752683" w:rsidRPr="00A64BC0" w:rsidRDefault="00752683">
      <w:pPr>
        <w:spacing w:after="40"/>
        <w:rPr>
          <w:rFonts w:ascii="Times New Roman" w:hAnsi="Times New Roman" w:cs="Times New Roman"/>
          <w:sz w:val="22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6. ÖRNEK LİSTESİ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38"/>
        <w:gridCol w:w="1361"/>
        <w:gridCol w:w="1984"/>
        <w:gridCol w:w="1304"/>
        <w:gridCol w:w="2381"/>
        <w:gridCol w:w="1701"/>
      </w:tblGrid>
      <w:tr w:rsidR="003820BE" w:rsidRPr="00A64BC0">
        <w:trPr>
          <w:jc w:val="center"/>
        </w:trPr>
        <w:tc>
          <w:tcPr>
            <w:tcW w:w="454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1361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64BC0">
              <w:rPr>
                <w:rFonts w:ascii="Times New Roman" w:hAnsi="Times New Roman" w:cs="Times New Roman"/>
                <w:b/>
                <w:sz w:val="22"/>
              </w:rPr>
              <w:t>Örnek</w:t>
            </w:r>
            <w:proofErr w:type="spellEnd"/>
            <w:r w:rsidRPr="00A64BC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="00A64BC0">
              <w:rPr>
                <w:rFonts w:ascii="Times New Roman" w:hAnsi="Times New Roman" w:cs="Times New Roman"/>
                <w:b/>
                <w:sz w:val="22"/>
              </w:rPr>
              <w:t>Numarası</w:t>
            </w:r>
            <w:proofErr w:type="spellEnd"/>
          </w:p>
        </w:tc>
        <w:tc>
          <w:tcPr>
            <w:tcW w:w="1984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Örnek Türü / Litoloji</w:t>
            </w:r>
          </w:p>
        </w:tc>
        <w:tc>
          <w:tcPr>
            <w:tcW w:w="1304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Miktar / Boyut</w:t>
            </w:r>
          </w:p>
        </w:tc>
        <w:tc>
          <w:tcPr>
            <w:tcW w:w="2381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Talep Edilen İşlem</w:t>
            </w:r>
          </w:p>
        </w:tc>
        <w:tc>
          <w:tcPr>
            <w:tcW w:w="1701" w:type="dxa"/>
            <w:shd w:val="clear" w:color="auto" w:fill="D9E2F3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b/>
                <w:sz w:val="22"/>
              </w:rPr>
              <w:t>Açıklama</w:t>
            </w: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820BE" w:rsidRPr="00A64BC0">
        <w:trPr>
          <w:jc w:val="center"/>
        </w:trPr>
        <w:tc>
          <w:tcPr>
            <w:tcW w:w="1738" w:type="dxa"/>
            <w:vAlign w:val="center"/>
          </w:tcPr>
          <w:p w:rsidR="003820BE" w:rsidRPr="00A64BC0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4BC0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36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820BE" w:rsidRPr="00A64BC0" w:rsidRDefault="003820BE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3820BE" w:rsidRDefault="00046628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A64BC0">
        <w:rPr>
          <w:rFonts w:ascii="Times New Roman" w:hAnsi="Times New Roman" w:cs="Times New Roman"/>
          <w:b/>
          <w:sz w:val="20"/>
          <w:szCs w:val="20"/>
        </w:rPr>
        <w:t xml:space="preserve">Toplam örnek sayısı: </w:t>
      </w:r>
      <w:r w:rsidRPr="00A64BC0">
        <w:rPr>
          <w:rFonts w:ascii="Times New Roman" w:hAnsi="Times New Roman" w:cs="Times New Roman"/>
          <w:sz w:val="20"/>
          <w:szCs w:val="20"/>
        </w:rPr>
        <w:t xml:space="preserve">....................      </w:t>
      </w:r>
      <w:r w:rsidRPr="00A64BC0">
        <w:rPr>
          <w:rFonts w:ascii="Times New Roman" w:hAnsi="Times New Roman" w:cs="Times New Roman"/>
          <w:b/>
          <w:sz w:val="20"/>
          <w:szCs w:val="20"/>
        </w:rPr>
        <w:t xml:space="preserve">Not: </w:t>
      </w:r>
      <w:r w:rsidRPr="00A64BC0">
        <w:rPr>
          <w:rFonts w:ascii="Times New Roman" w:hAnsi="Times New Roman" w:cs="Times New Roman"/>
          <w:sz w:val="20"/>
          <w:szCs w:val="20"/>
        </w:rPr>
        <w:t xml:space="preserve">Örnek sayısının tablo kapasitesini aşması </w:t>
      </w:r>
      <w:proofErr w:type="spellStart"/>
      <w:r w:rsidRPr="00A64BC0">
        <w:rPr>
          <w:rFonts w:ascii="Times New Roman" w:hAnsi="Times New Roman" w:cs="Times New Roman"/>
          <w:sz w:val="20"/>
          <w:szCs w:val="20"/>
        </w:rPr>
        <w:t>durumunda</w:t>
      </w:r>
      <w:proofErr w:type="spellEnd"/>
      <w:r w:rsidRPr="00A64B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4BC0">
        <w:rPr>
          <w:rFonts w:ascii="Times New Roman" w:hAnsi="Times New Roman" w:cs="Times New Roman"/>
          <w:sz w:val="20"/>
          <w:szCs w:val="20"/>
        </w:rPr>
        <w:t>ek</w:t>
      </w:r>
      <w:proofErr w:type="spellEnd"/>
      <w:r w:rsidRPr="00A64B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64BC0" w:rsidRPr="00A64BC0">
        <w:rPr>
          <w:rFonts w:ascii="Times New Roman" w:hAnsi="Times New Roman" w:cs="Times New Roman"/>
          <w:sz w:val="20"/>
          <w:szCs w:val="20"/>
        </w:rPr>
        <w:t>satır</w:t>
      </w:r>
      <w:proofErr w:type="spellEnd"/>
      <w:r w:rsidR="00A64BC0" w:rsidRPr="00A64B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64BC0" w:rsidRPr="00A64BC0">
        <w:rPr>
          <w:rFonts w:ascii="Times New Roman" w:hAnsi="Times New Roman" w:cs="Times New Roman"/>
          <w:sz w:val="20"/>
          <w:szCs w:val="20"/>
        </w:rPr>
        <w:t>eklenebilir</w:t>
      </w:r>
      <w:proofErr w:type="spellEnd"/>
      <w:r w:rsidRPr="00A64BC0">
        <w:rPr>
          <w:rFonts w:ascii="Times New Roman" w:hAnsi="Times New Roman" w:cs="Times New Roman"/>
          <w:sz w:val="20"/>
          <w:szCs w:val="20"/>
        </w:rPr>
        <w:t>.</w:t>
      </w:r>
    </w:p>
    <w:p w:rsidR="00752683" w:rsidRPr="00A64BC0" w:rsidRDefault="00752683">
      <w:pPr>
        <w:spacing w:after="40"/>
        <w:rPr>
          <w:rFonts w:ascii="Times New Roman" w:hAnsi="Times New Roman" w:cs="Times New Roman"/>
          <w:sz w:val="20"/>
          <w:szCs w:val="20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7. KULLANICI BEYANI</w:t>
      </w:r>
    </w:p>
    <w:p w:rsidR="003820BE" w:rsidRPr="00752683" w:rsidRDefault="00046628">
      <w:pPr>
        <w:spacing w:after="80"/>
        <w:rPr>
          <w:rFonts w:ascii="Times New Roman" w:hAnsi="Times New Roman" w:cs="Times New Roman"/>
          <w:sz w:val="22"/>
        </w:rPr>
      </w:pPr>
      <w:r w:rsidRPr="00752683">
        <w:rPr>
          <w:rFonts w:ascii="Times New Roman" w:hAnsi="Times New Roman" w:cs="Times New Roman"/>
          <w:sz w:val="22"/>
        </w:rPr>
        <w:t xml:space="preserve">Bu formda verdiğim bilgilerin doğru ve eksiksiz olduğunu; laboratuvarda gerçekleştirilecek çalışmalar öncesinde “Laboratuvar Kuralları” belgesini okuyup imzalamam gerektiğini; laboratuvar güvenlik kurallarına, cihaz </w:t>
      </w:r>
      <w:r w:rsidRPr="00752683">
        <w:rPr>
          <w:rFonts w:ascii="Times New Roman" w:hAnsi="Times New Roman" w:cs="Times New Roman"/>
          <w:sz w:val="22"/>
        </w:rPr>
        <w:t>kullanım talimatlarına ve laboratuvar sorumlusunun yönlendirmelerine uymakla yükümlü olduğumu kabul ederim.</w:t>
      </w:r>
      <w:r w:rsidRPr="00752683">
        <w:rPr>
          <w:rFonts w:ascii="Times New Roman" w:hAnsi="Times New Roman" w:cs="Times New Roman"/>
          <w:sz w:val="22"/>
        </w:rPr>
        <w:br/>
      </w:r>
      <w:r w:rsidRPr="00752683">
        <w:rPr>
          <w:rFonts w:ascii="Times New Roman" w:hAnsi="Times New Roman" w:cs="Times New Roman"/>
          <w:sz w:val="22"/>
        </w:rPr>
        <w:br/>
        <w:t>Bu form ve ekindeki örnek listesinde beyan edilen örnekler dışında herhangi bir örneğin laboratuvarda işlenemeyeceğini, hazırlanamayacağını veya an</w:t>
      </w:r>
      <w:r w:rsidRPr="00752683">
        <w:rPr>
          <w:rFonts w:ascii="Times New Roman" w:hAnsi="Times New Roman" w:cs="Times New Roman"/>
          <w:sz w:val="22"/>
        </w:rPr>
        <w:t>aliz edilemeyeceğini; örnek listesine sonradan örnek eklenmesi gerektiğinde işlem öncesinde laboratuvar sorumlusunun onayının alınması ve örnek listesinin güncellenmesi gerektiğini kabul ederim.</w:t>
      </w:r>
      <w:r w:rsidRPr="00752683">
        <w:rPr>
          <w:rFonts w:ascii="Times New Roman" w:hAnsi="Times New Roman" w:cs="Times New Roman"/>
          <w:sz w:val="22"/>
        </w:rPr>
        <w:br/>
      </w:r>
      <w:r w:rsidRPr="00752683">
        <w:rPr>
          <w:rFonts w:ascii="Times New Roman" w:hAnsi="Times New Roman" w:cs="Times New Roman"/>
          <w:sz w:val="22"/>
        </w:rPr>
        <w:br/>
        <w:t>Laboratuvar olanakları kullanılarak hazırlanan örneklerden v</w:t>
      </w:r>
      <w:r w:rsidRPr="00752683">
        <w:rPr>
          <w:rFonts w:ascii="Times New Roman" w:hAnsi="Times New Roman" w:cs="Times New Roman"/>
          <w:sz w:val="22"/>
        </w:rPr>
        <w:t>eya laboratuvarda gerçekleştirilen çalışmalardan elde edilen sonuçların kullanıldığı yayın, bildiri, tez ve diğer akademik çıktılarda ilgili İTÜ Avrasya Yer Bilimleri Enstitüsü laboratuvarının adının açıkça belirtilmesi gerektiğini kabul ederim. Bilimsel i</w:t>
      </w:r>
      <w:r w:rsidRPr="00752683">
        <w:rPr>
          <w:rFonts w:ascii="Times New Roman" w:hAnsi="Times New Roman" w:cs="Times New Roman"/>
          <w:sz w:val="22"/>
        </w:rPr>
        <w:t xml:space="preserve">şbirliği kapsamında indirim uygulanması durumunda, çalışmaya bilimsel katkı sağlayan araştırmacıların </w:t>
      </w:r>
      <w:proofErr w:type="spellStart"/>
      <w:r w:rsidRPr="00752683">
        <w:rPr>
          <w:rFonts w:ascii="Times New Roman" w:hAnsi="Times New Roman" w:cs="Times New Roman"/>
          <w:sz w:val="22"/>
        </w:rPr>
        <w:t>yazarlık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752683">
        <w:rPr>
          <w:rFonts w:ascii="Times New Roman" w:hAnsi="Times New Roman" w:cs="Times New Roman"/>
          <w:sz w:val="22"/>
        </w:rPr>
        <w:t>kriterlerini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752683">
        <w:rPr>
          <w:rFonts w:ascii="Times New Roman" w:hAnsi="Times New Roman" w:cs="Times New Roman"/>
          <w:sz w:val="22"/>
        </w:rPr>
        <w:t>karşılamaları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52683">
        <w:rPr>
          <w:rFonts w:ascii="Times New Roman" w:hAnsi="Times New Roman" w:cs="Times New Roman"/>
          <w:sz w:val="22"/>
        </w:rPr>
        <w:t>kaydıyla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752683">
        <w:rPr>
          <w:rFonts w:ascii="Times New Roman" w:hAnsi="Times New Roman" w:cs="Times New Roman"/>
          <w:sz w:val="22"/>
        </w:rPr>
        <w:t>bilimsel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752683">
        <w:rPr>
          <w:rFonts w:ascii="Times New Roman" w:hAnsi="Times New Roman" w:cs="Times New Roman"/>
          <w:sz w:val="22"/>
        </w:rPr>
        <w:t>çıktılarda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752683">
        <w:rPr>
          <w:rFonts w:ascii="Times New Roman" w:hAnsi="Times New Roman" w:cs="Times New Roman"/>
          <w:sz w:val="22"/>
        </w:rPr>
        <w:t>ortak</w:t>
      </w:r>
      <w:proofErr w:type="spellEnd"/>
      <w:r w:rsidRPr="00752683">
        <w:rPr>
          <w:rFonts w:ascii="Times New Roman" w:hAnsi="Times New Roman" w:cs="Times New Roman"/>
          <w:sz w:val="22"/>
        </w:rPr>
        <w:t xml:space="preserve"> yazar olarak yer almalarına ilişkin laboratuvar uygulama esaslarını kabul ederim.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3820BE" w:rsidRPr="00752683">
        <w:trPr>
          <w:jc w:val="center"/>
        </w:trPr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lastRenderedPageBreak/>
              <w:t>Kullanıcının Adı Soyadı</w:t>
            </w:r>
          </w:p>
        </w:tc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t>Tarih</w:t>
            </w:r>
          </w:p>
        </w:tc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t>İmza</w:t>
            </w:r>
          </w:p>
        </w:tc>
      </w:tr>
      <w:tr w:rsidR="003820BE" w:rsidRPr="00752683">
        <w:trPr>
          <w:jc w:val="center"/>
        </w:trPr>
        <w:tc>
          <w:tcPr>
            <w:tcW w:w="3475" w:type="dxa"/>
            <w:vAlign w:val="center"/>
          </w:tcPr>
          <w:p w:rsidR="003820BE" w:rsidRPr="00752683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475" w:type="dxa"/>
            <w:vAlign w:val="center"/>
          </w:tcPr>
          <w:p w:rsidR="003820BE" w:rsidRPr="00752683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475" w:type="dxa"/>
            <w:vAlign w:val="center"/>
          </w:tcPr>
          <w:p w:rsidR="003820BE" w:rsidRPr="00752683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</w:tr>
    </w:tbl>
    <w:p w:rsidR="00752683" w:rsidRDefault="00752683">
      <w:pPr>
        <w:spacing w:before="80" w:after="60"/>
        <w:rPr>
          <w:rFonts w:ascii="Times New Roman" w:hAnsi="Times New Roman" w:cs="Times New Roman"/>
          <w:b/>
          <w:sz w:val="24"/>
          <w:szCs w:val="24"/>
        </w:rPr>
      </w:pPr>
    </w:p>
    <w:p w:rsidR="003820BE" w:rsidRPr="00A64BC0" w:rsidRDefault="00046628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A64BC0">
        <w:rPr>
          <w:rFonts w:ascii="Times New Roman" w:hAnsi="Times New Roman" w:cs="Times New Roman"/>
          <w:b/>
          <w:sz w:val="24"/>
          <w:szCs w:val="24"/>
        </w:rPr>
        <w:t>8. LABORATUVAR SORUMLUSU DEĞERLENDİRMESİ</w:t>
      </w:r>
    </w:p>
    <w:p w:rsidR="003820BE" w:rsidRPr="00752683" w:rsidRDefault="00046628">
      <w:pPr>
        <w:spacing w:after="40"/>
        <w:rPr>
          <w:rFonts w:ascii="Times New Roman" w:hAnsi="Times New Roman" w:cs="Times New Roman"/>
          <w:sz w:val="22"/>
        </w:rPr>
      </w:pPr>
      <w:r w:rsidRPr="00752683">
        <w:rPr>
          <w:rFonts w:ascii="Segoe UI Symbol" w:hAnsi="Segoe UI Symbol" w:cs="Segoe UI Symbol"/>
          <w:sz w:val="22"/>
        </w:rPr>
        <w:t>☐</w:t>
      </w:r>
      <w:r w:rsidRPr="00752683">
        <w:rPr>
          <w:rFonts w:ascii="Times New Roman" w:hAnsi="Times New Roman" w:cs="Times New Roman"/>
          <w:sz w:val="22"/>
        </w:rPr>
        <w:t xml:space="preserve"> Talep uygundur.      </w:t>
      </w:r>
      <w:r w:rsidRPr="00752683">
        <w:rPr>
          <w:rFonts w:ascii="Segoe UI Symbol" w:hAnsi="Segoe UI Symbol" w:cs="Segoe UI Symbol"/>
          <w:sz w:val="22"/>
        </w:rPr>
        <w:t>☐</w:t>
      </w:r>
      <w:r w:rsidRPr="00752683">
        <w:rPr>
          <w:rFonts w:ascii="Times New Roman" w:hAnsi="Times New Roman" w:cs="Times New Roman"/>
          <w:sz w:val="22"/>
        </w:rPr>
        <w:t xml:space="preserve"> Talep değişiklikle uygundur.      </w:t>
      </w:r>
      <w:r w:rsidRPr="00752683">
        <w:rPr>
          <w:rFonts w:ascii="Segoe UI Symbol" w:hAnsi="Segoe UI Symbol" w:cs="Segoe UI Symbol"/>
          <w:sz w:val="22"/>
        </w:rPr>
        <w:t>☐</w:t>
      </w:r>
      <w:r w:rsidRPr="00752683">
        <w:rPr>
          <w:rFonts w:ascii="Times New Roman" w:hAnsi="Times New Roman" w:cs="Times New Roman"/>
          <w:sz w:val="22"/>
        </w:rPr>
        <w:t xml:space="preserve"> Talep uygun değildir.</w:t>
      </w:r>
    </w:p>
    <w:p w:rsidR="003820BE" w:rsidRPr="00752683" w:rsidRDefault="00046628">
      <w:pPr>
        <w:spacing w:after="40"/>
        <w:rPr>
          <w:rFonts w:ascii="Times New Roman" w:hAnsi="Times New Roman" w:cs="Times New Roman"/>
          <w:sz w:val="22"/>
        </w:rPr>
      </w:pPr>
      <w:r w:rsidRPr="00752683">
        <w:rPr>
          <w:rFonts w:ascii="Times New Roman" w:hAnsi="Times New Roman" w:cs="Times New Roman"/>
          <w:b/>
          <w:sz w:val="22"/>
        </w:rPr>
        <w:t xml:space="preserve">Uygulanacak hizmet / işlemler: </w:t>
      </w:r>
      <w:r w:rsidRPr="00752683">
        <w:rPr>
          <w:rFonts w:ascii="Times New Roman" w:hAnsi="Times New Roman" w:cs="Times New Roman"/>
          <w:sz w:val="22"/>
        </w:rPr>
        <w:t>..............................................................................</w:t>
      </w:r>
    </w:p>
    <w:p w:rsidR="003820BE" w:rsidRPr="00752683" w:rsidRDefault="00046628">
      <w:pPr>
        <w:spacing w:after="40"/>
        <w:rPr>
          <w:rFonts w:ascii="Times New Roman" w:hAnsi="Times New Roman" w:cs="Times New Roman"/>
          <w:sz w:val="22"/>
        </w:rPr>
      </w:pPr>
      <w:r w:rsidRPr="00752683">
        <w:rPr>
          <w:rFonts w:ascii="Times New Roman" w:hAnsi="Times New Roman" w:cs="Times New Roman"/>
          <w:b/>
          <w:sz w:val="22"/>
        </w:rPr>
        <w:t xml:space="preserve">Uygulanacak indirim oranı: </w:t>
      </w:r>
      <w:r w:rsidRPr="00752683">
        <w:rPr>
          <w:rFonts w:ascii="Times New Roman" w:hAnsi="Times New Roman" w:cs="Times New Roman"/>
          <w:sz w:val="22"/>
        </w:rPr>
        <w:t>..................................................................................</w:t>
      </w:r>
    </w:p>
    <w:p w:rsidR="003820BE" w:rsidRPr="00752683" w:rsidRDefault="00046628">
      <w:pPr>
        <w:spacing w:after="40"/>
        <w:rPr>
          <w:rFonts w:ascii="Times New Roman" w:hAnsi="Times New Roman" w:cs="Times New Roman"/>
          <w:sz w:val="22"/>
        </w:rPr>
      </w:pPr>
      <w:r w:rsidRPr="00752683">
        <w:rPr>
          <w:rFonts w:ascii="Times New Roman" w:hAnsi="Times New Roman" w:cs="Times New Roman"/>
          <w:b/>
          <w:sz w:val="22"/>
        </w:rPr>
        <w:t xml:space="preserve">Onaylanan çalışma tarih aralığı / süresi: </w:t>
      </w:r>
      <w:r w:rsidRPr="00752683">
        <w:rPr>
          <w:rFonts w:ascii="Times New Roman" w:hAnsi="Times New Roman" w:cs="Times New Roman"/>
          <w:sz w:val="22"/>
        </w:rPr>
        <w:t>.........................</w:t>
      </w:r>
      <w:r w:rsidRPr="00752683">
        <w:rPr>
          <w:rFonts w:ascii="Times New Roman" w:hAnsi="Times New Roman" w:cs="Times New Roman"/>
          <w:sz w:val="22"/>
        </w:rPr>
        <w:t>..........................................</w:t>
      </w:r>
    </w:p>
    <w:p w:rsidR="003820BE" w:rsidRPr="00752683" w:rsidRDefault="00046628">
      <w:pPr>
        <w:spacing w:after="40"/>
        <w:rPr>
          <w:rFonts w:ascii="Times New Roman" w:hAnsi="Times New Roman" w:cs="Times New Roman"/>
          <w:sz w:val="22"/>
        </w:rPr>
      </w:pPr>
      <w:r w:rsidRPr="00752683">
        <w:rPr>
          <w:rFonts w:ascii="Times New Roman" w:hAnsi="Times New Roman" w:cs="Times New Roman"/>
          <w:b/>
          <w:sz w:val="22"/>
        </w:rPr>
        <w:t xml:space="preserve">Açıklama / Özel Koşullar: </w:t>
      </w:r>
      <w:r w:rsidRPr="00752683">
        <w:rPr>
          <w:rFonts w:ascii="Times New Roman" w:hAnsi="Times New Roman" w:cs="Times New Roman"/>
          <w:sz w:val="22"/>
        </w:rPr>
        <w:t>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3820BE" w:rsidRPr="00752683">
        <w:trPr>
          <w:jc w:val="center"/>
        </w:trPr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t>Laboratuvar Sorumlusu</w:t>
            </w:r>
          </w:p>
        </w:tc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t>Tarih</w:t>
            </w:r>
          </w:p>
        </w:tc>
        <w:tc>
          <w:tcPr>
            <w:tcW w:w="3475" w:type="dxa"/>
            <w:shd w:val="clear" w:color="auto" w:fill="E7E6E6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b/>
                <w:sz w:val="22"/>
              </w:rPr>
              <w:t>İmza</w:t>
            </w:r>
          </w:p>
        </w:tc>
      </w:tr>
      <w:tr w:rsidR="003820BE" w:rsidRPr="00752683">
        <w:trPr>
          <w:jc w:val="center"/>
        </w:trPr>
        <w:tc>
          <w:tcPr>
            <w:tcW w:w="3475" w:type="dxa"/>
            <w:vAlign w:val="center"/>
          </w:tcPr>
          <w:p w:rsidR="003820BE" w:rsidRPr="00752683" w:rsidRDefault="000466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t>Dr. Öğr. Üyesi Remziye Akdoğan</w:t>
            </w: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475" w:type="dxa"/>
            <w:vAlign w:val="center"/>
          </w:tcPr>
          <w:p w:rsidR="003820BE" w:rsidRPr="00752683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475" w:type="dxa"/>
            <w:vAlign w:val="center"/>
          </w:tcPr>
          <w:p w:rsidR="003820BE" w:rsidRPr="00752683" w:rsidRDefault="00046628">
            <w:pPr>
              <w:rPr>
                <w:rFonts w:ascii="Times New Roman" w:hAnsi="Times New Roman" w:cs="Times New Roman"/>
                <w:sz w:val="22"/>
              </w:rPr>
            </w:pPr>
            <w:r w:rsidRPr="00752683">
              <w:rPr>
                <w:rFonts w:ascii="Times New Roman" w:hAnsi="Times New Roman" w:cs="Times New Roman"/>
                <w:sz w:val="22"/>
              </w:rPr>
              <w:br/>
            </w:r>
          </w:p>
        </w:tc>
      </w:tr>
    </w:tbl>
    <w:p w:rsidR="00046628" w:rsidRPr="00A64BC0" w:rsidRDefault="0004662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46628" w:rsidRPr="00A64BC0" w:rsidSect="00034616">
      <w:footerReference w:type="default" r:id="rId8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628" w:rsidRDefault="00046628">
      <w:pPr>
        <w:spacing w:after="0" w:line="240" w:lineRule="auto"/>
      </w:pPr>
      <w:r>
        <w:separator/>
      </w:r>
    </w:p>
  </w:endnote>
  <w:endnote w:type="continuationSeparator" w:id="0">
    <w:p w:rsidR="00046628" w:rsidRDefault="00046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0BE" w:rsidRDefault="00046628">
    <w:pPr>
      <w:pStyle w:val="AltBilgi"/>
      <w:jc w:val="center"/>
    </w:pPr>
    <w:r>
      <w:rPr>
        <w:sz w:val="14"/>
      </w:rPr>
      <w:t>İTÜ Avrasya Yer Bilimleri Enstitüsü – Laboratuvar Kullanım / Analiz Talep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628" w:rsidRDefault="00046628">
      <w:pPr>
        <w:spacing w:after="0" w:line="240" w:lineRule="auto"/>
      </w:pPr>
      <w:r>
        <w:separator/>
      </w:r>
    </w:p>
  </w:footnote>
  <w:footnote w:type="continuationSeparator" w:id="0">
    <w:p w:rsidR="00046628" w:rsidRDefault="00046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628"/>
    <w:rsid w:val="0006063C"/>
    <w:rsid w:val="0015074B"/>
    <w:rsid w:val="0029639D"/>
    <w:rsid w:val="00326F90"/>
    <w:rsid w:val="003820BE"/>
    <w:rsid w:val="00752683"/>
    <w:rsid w:val="00A64BC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F2CE0B8"/>
  <w14:defaultImageDpi w14:val="300"/>
  <w15:docId w15:val="{DD2B9B6D-8637-46AF-BF53-EA96E696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38D2C0-CE06-497A-A392-531D1FF3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Remziye Akdoğan</cp:lastModifiedBy>
  <cp:revision>2</cp:revision>
  <dcterms:created xsi:type="dcterms:W3CDTF">2013-12-23T23:15:00Z</dcterms:created>
  <dcterms:modified xsi:type="dcterms:W3CDTF">2026-10-01T18:59:00Z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17ac9daa37639fdd918aa870adae61543d9d2e6110cd4d833e1e79afdc5b55ee</vt:lpwstr>
  </property>
</Properties>
</file>